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66AEB" w14:textId="77777777" w:rsidR="00B009ED" w:rsidRDefault="00000000">
      <w:pPr>
        <w:spacing w:before="80" w:after="40"/>
        <w:jc w:val="center"/>
      </w:pPr>
      <w:r>
        <w:rPr>
          <w:b/>
          <w:color w:val="1F4E79"/>
        </w:rPr>
        <w:t>FORM 2</w:t>
      </w:r>
    </w:p>
    <w:p w14:paraId="16B0AD23" w14:textId="77777777" w:rsidR="00B009ED" w:rsidRDefault="00000000">
      <w:pPr>
        <w:spacing w:after="60"/>
        <w:jc w:val="center"/>
      </w:pPr>
      <w:r>
        <w:rPr>
          <w:b/>
          <w:color w:val="17365D"/>
          <w:sz w:val="30"/>
        </w:rPr>
        <w:t>AUTHOR APPROVAL FOR PUBLICATION</w:t>
      </w:r>
    </w:p>
    <w:p w14:paraId="12EEE38C" w14:textId="77777777" w:rsidR="00B009ED" w:rsidRDefault="00000000">
      <w:pPr>
        <w:spacing w:after="160"/>
        <w:jc w:val="center"/>
      </w:pPr>
      <w:r>
        <w:rPr>
          <w:i/>
          <w:color w:val="64748B"/>
          <w:sz w:val="17"/>
        </w:rPr>
        <w:t>Complete after copyediting and typesetting, before the article is published</w:t>
      </w:r>
    </w:p>
    <w:tbl>
      <w:tblPr>
        <w:tblW w:w="0" w:type="auto"/>
        <w:tblLook w:val="04A0" w:firstRow="1" w:lastRow="0" w:firstColumn="1" w:lastColumn="0" w:noHBand="0" w:noVBand="1"/>
      </w:tblPr>
      <w:tblGrid>
        <w:gridCol w:w="4968"/>
        <w:gridCol w:w="4968"/>
      </w:tblGrid>
      <w:tr w:rsidR="00B009ED" w14:paraId="38DA4D9B" w14:textId="77777777">
        <w:tc>
          <w:tcPr>
            <w:tcW w:w="4968" w:type="dxa"/>
            <w:tcBorders>
              <w:top w:val="single" w:sz="5" w:space="0" w:color="AAB7C4"/>
              <w:left w:val="single" w:sz="5" w:space="0" w:color="AAB7C4"/>
              <w:bottom w:val="single" w:sz="5" w:space="0" w:color="AAB7C4"/>
              <w:right w:val="single" w:sz="5" w:space="0" w:color="AAB7C4"/>
            </w:tcBorders>
            <w:shd w:val="clear" w:color="auto" w:fill="F3F6F9"/>
            <w:tcMar>
              <w:top w:w="75" w:type="dxa"/>
              <w:left w:w="95" w:type="dxa"/>
              <w:bottom w:w="75" w:type="dxa"/>
              <w:right w:w="95" w:type="dxa"/>
            </w:tcMar>
            <w:vAlign w:val="center"/>
          </w:tcPr>
          <w:p w14:paraId="719C1E70" w14:textId="77777777" w:rsidR="00B009ED" w:rsidRDefault="00000000">
            <w:pPr>
              <w:spacing w:after="0"/>
            </w:pPr>
            <w:r>
              <w:rPr>
                <w:b/>
                <w:color w:val="17365D"/>
                <w:sz w:val="15"/>
              </w:rPr>
              <w:t>JOURNAL: Penelitian Gizi dan Makanan</w:t>
            </w:r>
          </w:p>
        </w:tc>
        <w:tc>
          <w:tcPr>
            <w:tcW w:w="4968" w:type="dxa"/>
            <w:tcBorders>
              <w:top w:val="single" w:sz="5" w:space="0" w:color="AAB7C4"/>
              <w:left w:val="single" w:sz="5" w:space="0" w:color="AAB7C4"/>
              <w:bottom w:val="single" w:sz="5" w:space="0" w:color="AAB7C4"/>
              <w:right w:val="single" w:sz="5" w:space="0" w:color="AAB7C4"/>
            </w:tcBorders>
            <w:shd w:val="clear" w:color="auto" w:fill="F3F6F9"/>
            <w:tcMar>
              <w:top w:w="75" w:type="dxa"/>
              <w:left w:w="95" w:type="dxa"/>
              <w:bottom w:w="75" w:type="dxa"/>
              <w:right w:w="95" w:type="dxa"/>
            </w:tcMar>
            <w:vAlign w:val="center"/>
          </w:tcPr>
          <w:p w14:paraId="0D48B1D1" w14:textId="77777777" w:rsidR="00B009ED" w:rsidRDefault="00000000">
            <w:pPr>
              <w:spacing w:after="0"/>
            </w:pPr>
            <w:r>
              <w:rPr>
                <w:b/>
                <w:color w:val="17365D"/>
                <w:sz w:val="15"/>
              </w:rPr>
              <w:t>PUBLISHER: PERSAGI</w:t>
            </w:r>
          </w:p>
        </w:tc>
      </w:tr>
    </w:tbl>
    <w:p w14:paraId="29E0135E" w14:textId="77777777" w:rsidR="00B009ED" w:rsidRDefault="00B009ED">
      <w:pPr>
        <w:spacing w:after="0"/>
      </w:pPr>
    </w:p>
    <w:p w14:paraId="1453D1BF" w14:textId="77777777" w:rsidR="00B009ED" w:rsidRDefault="00000000">
      <w:pPr>
        <w:spacing w:after="80"/>
      </w:pPr>
      <w:r>
        <w:rPr>
          <w:b/>
          <w:color w:val="17365D"/>
        </w:rPr>
        <w:t xml:space="preserve">Article title:  </w:t>
      </w:r>
      <w:r>
        <w:t>________________________________________________________________________________</w:t>
      </w:r>
    </w:p>
    <w:p w14:paraId="6EA242A2" w14:textId="77777777" w:rsidR="00B009ED" w:rsidRDefault="00000000">
      <w:pPr>
        <w:spacing w:after="80"/>
      </w:pPr>
      <w:r>
        <w:rPr>
          <w:b/>
          <w:color w:val="17365D"/>
        </w:rPr>
        <w:t xml:space="preserve">Manuscript ID:  </w:t>
      </w:r>
      <w:r>
        <w:t>_______________________________________________________________</w:t>
      </w:r>
    </w:p>
    <w:p w14:paraId="61E32E2C" w14:textId="77777777" w:rsidR="00B009ED" w:rsidRDefault="00000000">
      <w:pPr>
        <w:spacing w:after="80"/>
      </w:pPr>
      <w:r>
        <w:rPr>
          <w:b/>
          <w:color w:val="17365D"/>
        </w:rPr>
        <w:t xml:space="preserve">DOI (if assigned):  </w:t>
      </w:r>
      <w:r>
        <w:t>_______________________________________________________________</w:t>
      </w:r>
    </w:p>
    <w:p w14:paraId="636F286C" w14:textId="77777777" w:rsidR="00B009ED" w:rsidRDefault="00000000">
      <w:pPr>
        <w:keepNext/>
        <w:spacing w:before="120" w:after="50"/>
      </w:pPr>
      <w:r>
        <w:rPr>
          <w:b/>
          <w:color w:val="17365D"/>
          <w:sz w:val="19"/>
        </w:rPr>
        <w:t>A. FINAL PROOF APPROVAL</w:t>
      </w:r>
    </w:p>
    <w:p w14:paraId="3A6E9A4A" w14:textId="77777777" w:rsidR="00B009ED" w:rsidRDefault="00000000">
      <w:pPr>
        <w:spacing w:after="100"/>
      </w:pPr>
      <w:r>
        <w:t>The undersigned authors confirm that they have reviewed the final proof of the article prepared for publication in Penelitian Gizi dan Makanan (The Journal of Nutrition and Food Research). Each author must indicate approval and sign below.</w:t>
      </w:r>
    </w:p>
    <w:tbl>
      <w:tblPr>
        <w:tblW w:w="0" w:type="auto"/>
        <w:jc w:val="center"/>
        <w:tblLayout w:type="fixed"/>
        <w:tblLook w:val="04A0" w:firstRow="1" w:lastRow="0" w:firstColumn="1" w:lastColumn="0" w:noHBand="0" w:noVBand="1"/>
      </w:tblPr>
      <w:tblGrid>
        <w:gridCol w:w="504"/>
        <w:gridCol w:w="2880"/>
        <w:gridCol w:w="1800"/>
        <w:gridCol w:w="2520"/>
        <w:gridCol w:w="1656"/>
      </w:tblGrid>
      <w:tr w:rsidR="00B009ED" w14:paraId="4A9C6024" w14:textId="77777777">
        <w:trPr>
          <w:cantSplit/>
          <w:tblHeader/>
          <w:jc w:val="center"/>
        </w:trPr>
        <w:tc>
          <w:tcPr>
            <w:tcW w:w="504" w:type="dxa"/>
            <w:tcBorders>
              <w:top w:val="single" w:sz="5" w:space="0" w:color="AAB7C4"/>
              <w:left w:val="single" w:sz="5" w:space="0" w:color="AAB7C4"/>
              <w:bottom w:val="single" w:sz="5" w:space="0" w:color="AAB7C4"/>
              <w:right w:val="single" w:sz="5" w:space="0" w:color="AAB7C4"/>
            </w:tcBorders>
            <w:shd w:val="clear" w:color="auto" w:fill="DCE6F1"/>
            <w:tcMar>
              <w:top w:w="75" w:type="dxa"/>
              <w:left w:w="95" w:type="dxa"/>
              <w:bottom w:w="75" w:type="dxa"/>
              <w:right w:w="95" w:type="dxa"/>
            </w:tcMar>
            <w:vAlign w:val="center"/>
          </w:tcPr>
          <w:p w14:paraId="4021E7AB" w14:textId="77777777" w:rsidR="00B009ED" w:rsidRDefault="00000000">
            <w:pPr>
              <w:spacing w:after="0"/>
            </w:pPr>
            <w:r>
              <w:rPr>
                <w:b/>
                <w:color w:val="17365D"/>
                <w:sz w:val="15"/>
              </w:rPr>
              <w:t>No.</w:t>
            </w:r>
          </w:p>
        </w:tc>
        <w:tc>
          <w:tcPr>
            <w:tcW w:w="2880" w:type="dxa"/>
            <w:tcBorders>
              <w:top w:val="single" w:sz="5" w:space="0" w:color="AAB7C4"/>
              <w:left w:val="single" w:sz="5" w:space="0" w:color="AAB7C4"/>
              <w:bottom w:val="single" w:sz="5" w:space="0" w:color="AAB7C4"/>
              <w:right w:val="single" w:sz="5" w:space="0" w:color="AAB7C4"/>
            </w:tcBorders>
            <w:shd w:val="clear" w:color="auto" w:fill="DCE6F1"/>
            <w:tcMar>
              <w:top w:w="75" w:type="dxa"/>
              <w:left w:w="95" w:type="dxa"/>
              <w:bottom w:w="75" w:type="dxa"/>
              <w:right w:w="95" w:type="dxa"/>
            </w:tcMar>
            <w:vAlign w:val="center"/>
          </w:tcPr>
          <w:p w14:paraId="6FC15C57" w14:textId="77777777" w:rsidR="00B009ED" w:rsidRDefault="00000000">
            <w:pPr>
              <w:spacing w:after="0"/>
            </w:pPr>
            <w:r>
              <w:rPr>
                <w:b/>
                <w:color w:val="17365D"/>
                <w:sz w:val="15"/>
              </w:rPr>
              <w:t>Author's full name</w:t>
            </w:r>
          </w:p>
        </w:tc>
        <w:tc>
          <w:tcPr>
            <w:tcW w:w="1800" w:type="dxa"/>
            <w:tcBorders>
              <w:top w:val="single" w:sz="5" w:space="0" w:color="AAB7C4"/>
              <w:left w:val="single" w:sz="5" w:space="0" w:color="AAB7C4"/>
              <w:bottom w:val="single" w:sz="5" w:space="0" w:color="AAB7C4"/>
              <w:right w:val="single" w:sz="5" w:space="0" w:color="AAB7C4"/>
            </w:tcBorders>
            <w:shd w:val="clear" w:color="auto" w:fill="DCE6F1"/>
            <w:tcMar>
              <w:top w:w="75" w:type="dxa"/>
              <w:left w:w="95" w:type="dxa"/>
              <w:bottom w:w="75" w:type="dxa"/>
              <w:right w:w="95" w:type="dxa"/>
            </w:tcMar>
            <w:vAlign w:val="center"/>
          </w:tcPr>
          <w:p w14:paraId="680071E9" w14:textId="77777777" w:rsidR="00B009ED" w:rsidRDefault="00000000">
            <w:pPr>
              <w:spacing w:after="0"/>
            </w:pPr>
            <w:r>
              <w:rPr>
                <w:b/>
                <w:color w:val="17365D"/>
                <w:sz w:val="15"/>
              </w:rPr>
              <w:t>Approval (Yes / No)</w:t>
            </w:r>
          </w:p>
        </w:tc>
        <w:tc>
          <w:tcPr>
            <w:tcW w:w="2520" w:type="dxa"/>
            <w:tcBorders>
              <w:top w:val="single" w:sz="5" w:space="0" w:color="AAB7C4"/>
              <w:left w:val="single" w:sz="5" w:space="0" w:color="AAB7C4"/>
              <w:bottom w:val="single" w:sz="5" w:space="0" w:color="AAB7C4"/>
              <w:right w:val="single" w:sz="5" w:space="0" w:color="AAB7C4"/>
            </w:tcBorders>
            <w:shd w:val="clear" w:color="auto" w:fill="DCE6F1"/>
            <w:tcMar>
              <w:top w:w="75" w:type="dxa"/>
              <w:left w:w="95" w:type="dxa"/>
              <w:bottom w:w="75" w:type="dxa"/>
              <w:right w:w="95" w:type="dxa"/>
            </w:tcMar>
            <w:vAlign w:val="center"/>
          </w:tcPr>
          <w:p w14:paraId="741EDEAB" w14:textId="77777777" w:rsidR="00B009ED" w:rsidRDefault="00000000">
            <w:pPr>
              <w:spacing w:after="0"/>
            </w:pPr>
            <w:r>
              <w:rPr>
                <w:b/>
                <w:color w:val="17365D"/>
                <w:sz w:val="15"/>
              </w:rPr>
              <w:t>Signature</w:t>
            </w:r>
          </w:p>
        </w:tc>
        <w:tc>
          <w:tcPr>
            <w:tcW w:w="1656" w:type="dxa"/>
            <w:tcBorders>
              <w:top w:val="single" w:sz="5" w:space="0" w:color="AAB7C4"/>
              <w:left w:val="single" w:sz="5" w:space="0" w:color="AAB7C4"/>
              <w:bottom w:val="single" w:sz="5" w:space="0" w:color="AAB7C4"/>
              <w:right w:val="single" w:sz="5" w:space="0" w:color="AAB7C4"/>
            </w:tcBorders>
            <w:shd w:val="clear" w:color="auto" w:fill="DCE6F1"/>
            <w:tcMar>
              <w:top w:w="75" w:type="dxa"/>
              <w:left w:w="95" w:type="dxa"/>
              <w:bottom w:w="75" w:type="dxa"/>
              <w:right w:w="95" w:type="dxa"/>
            </w:tcMar>
            <w:vAlign w:val="center"/>
          </w:tcPr>
          <w:p w14:paraId="5F513CF5" w14:textId="77777777" w:rsidR="00B009ED" w:rsidRDefault="00000000">
            <w:pPr>
              <w:spacing w:after="0"/>
            </w:pPr>
            <w:r>
              <w:rPr>
                <w:b/>
                <w:color w:val="17365D"/>
                <w:sz w:val="15"/>
              </w:rPr>
              <w:t>Date</w:t>
            </w:r>
          </w:p>
        </w:tc>
      </w:tr>
      <w:tr w:rsidR="00B009ED" w14:paraId="079CF058" w14:textId="77777777">
        <w:trPr>
          <w:cantSplit/>
          <w:trHeight w:val="432"/>
          <w:jc w:val="center"/>
        </w:trPr>
        <w:tc>
          <w:tcPr>
            <w:tcW w:w="504"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6C211673" w14:textId="77777777" w:rsidR="00B009ED" w:rsidRDefault="00000000">
            <w:pPr>
              <w:spacing w:after="0"/>
              <w:jc w:val="center"/>
            </w:pPr>
            <w:r>
              <w:rPr>
                <w:sz w:val="15"/>
              </w:rPr>
              <w:t>1</w:t>
            </w:r>
          </w:p>
        </w:tc>
        <w:tc>
          <w:tcPr>
            <w:tcW w:w="2880"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4C671DA8" w14:textId="77777777" w:rsidR="00B009ED" w:rsidRDefault="00000000">
            <w:pPr>
              <w:spacing w:after="0"/>
            </w:pPr>
            <w:r>
              <w:rPr>
                <w:sz w:val="15"/>
              </w:rPr>
              <w:br/>
            </w:r>
          </w:p>
        </w:tc>
        <w:tc>
          <w:tcPr>
            <w:tcW w:w="1800"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2AE994D1" w14:textId="77777777" w:rsidR="00B009ED" w:rsidRDefault="00000000">
            <w:pPr>
              <w:spacing w:after="0"/>
            </w:pPr>
            <w:r>
              <w:rPr>
                <w:sz w:val="15"/>
              </w:rPr>
              <w:br/>
            </w:r>
          </w:p>
        </w:tc>
        <w:tc>
          <w:tcPr>
            <w:tcW w:w="2520"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5DFEE726" w14:textId="77777777" w:rsidR="00B009ED" w:rsidRDefault="00000000">
            <w:pPr>
              <w:spacing w:after="0"/>
            </w:pPr>
            <w:r>
              <w:rPr>
                <w:sz w:val="15"/>
              </w:rPr>
              <w:br/>
            </w:r>
          </w:p>
        </w:tc>
        <w:tc>
          <w:tcPr>
            <w:tcW w:w="1656"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16F672C0" w14:textId="77777777" w:rsidR="00B009ED" w:rsidRDefault="00000000">
            <w:pPr>
              <w:spacing w:after="0"/>
            </w:pPr>
            <w:r>
              <w:rPr>
                <w:sz w:val="15"/>
              </w:rPr>
              <w:br/>
            </w:r>
          </w:p>
        </w:tc>
      </w:tr>
      <w:tr w:rsidR="00B009ED" w14:paraId="4B15B404" w14:textId="77777777">
        <w:trPr>
          <w:cantSplit/>
          <w:trHeight w:val="432"/>
          <w:jc w:val="center"/>
        </w:trPr>
        <w:tc>
          <w:tcPr>
            <w:tcW w:w="504"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2ABD031D" w14:textId="77777777" w:rsidR="00B009ED" w:rsidRDefault="00000000">
            <w:pPr>
              <w:spacing w:after="0"/>
              <w:jc w:val="center"/>
            </w:pPr>
            <w:r>
              <w:rPr>
                <w:sz w:val="15"/>
              </w:rPr>
              <w:t>2</w:t>
            </w:r>
          </w:p>
        </w:tc>
        <w:tc>
          <w:tcPr>
            <w:tcW w:w="2880"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302D2A48" w14:textId="77777777" w:rsidR="00B009ED" w:rsidRDefault="00000000">
            <w:pPr>
              <w:spacing w:after="0"/>
            </w:pPr>
            <w:r>
              <w:rPr>
                <w:sz w:val="15"/>
              </w:rPr>
              <w:br/>
            </w:r>
          </w:p>
        </w:tc>
        <w:tc>
          <w:tcPr>
            <w:tcW w:w="1800"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4FBBCF37" w14:textId="77777777" w:rsidR="00B009ED" w:rsidRDefault="00000000">
            <w:pPr>
              <w:spacing w:after="0"/>
            </w:pPr>
            <w:r>
              <w:rPr>
                <w:sz w:val="15"/>
              </w:rPr>
              <w:br/>
            </w:r>
          </w:p>
        </w:tc>
        <w:tc>
          <w:tcPr>
            <w:tcW w:w="2520"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7309609F" w14:textId="77777777" w:rsidR="00B009ED" w:rsidRDefault="00000000">
            <w:pPr>
              <w:spacing w:after="0"/>
            </w:pPr>
            <w:r>
              <w:rPr>
                <w:sz w:val="15"/>
              </w:rPr>
              <w:br/>
            </w:r>
          </w:p>
        </w:tc>
        <w:tc>
          <w:tcPr>
            <w:tcW w:w="1656"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49CCA654" w14:textId="77777777" w:rsidR="00B009ED" w:rsidRDefault="00000000">
            <w:pPr>
              <w:spacing w:after="0"/>
            </w:pPr>
            <w:r>
              <w:rPr>
                <w:sz w:val="15"/>
              </w:rPr>
              <w:br/>
            </w:r>
          </w:p>
        </w:tc>
      </w:tr>
      <w:tr w:rsidR="00B009ED" w14:paraId="3BB3F9D1" w14:textId="77777777">
        <w:trPr>
          <w:cantSplit/>
          <w:trHeight w:val="432"/>
          <w:jc w:val="center"/>
        </w:trPr>
        <w:tc>
          <w:tcPr>
            <w:tcW w:w="504"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1AA7CC94" w14:textId="77777777" w:rsidR="00B009ED" w:rsidRDefault="00000000">
            <w:pPr>
              <w:spacing w:after="0"/>
              <w:jc w:val="center"/>
            </w:pPr>
            <w:r>
              <w:rPr>
                <w:sz w:val="15"/>
              </w:rPr>
              <w:t>3</w:t>
            </w:r>
          </w:p>
        </w:tc>
        <w:tc>
          <w:tcPr>
            <w:tcW w:w="2880"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32601C6A" w14:textId="77777777" w:rsidR="00B009ED" w:rsidRDefault="00000000">
            <w:pPr>
              <w:spacing w:after="0"/>
            </w:pPr>
            <w:r>
              <w:rPr>
                <w:sz w:val="15"/>
              </w:rPr>
              <w:br/>
            </w:r>
          </w:p>
        </w:tc>
        <w:tc>
          <w:tcPr>
            <w:tcW w:w="1800"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2C2ECF66" w14:textId="77777777" w:rsidR="00B009ED" w:rsidRDefault="00000000">
            <w:pPr>
              <w:spacing w:after="0"/>
            </w:pPr>
            <w:r>
              <w:rPr>
                <w:sz w:val="15"/>
              </w:rPr>
              <w:br/>
            </w:r>
          </w:p>
        </w:tc>
        <w:tc>
          <w:tcPr>
            <w:tcW w:w="2520"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1AD73B12" w14:textId="77777777" w:rsidR="00B009ED" w:rsidRDefault="00000000">
            <w:pPr>
              <w:spacing w:after="0"/>
            </w:pPr>
            <w:r>
              <w:rPr>
                <w:sz w:val="15"/>
              </w:rPr>
              <w:br/>
            </w:r>
          </w:p>
        </w:tc>
        <w:tc>
          <w:tcPr>
            <w:tcW w:w="1656"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4E01F229" w14:textId="77777777" w:rsidR="00B009ED" w:rsidRDefault="00000000">
            <w:pPr>
              <w:spacing w:after="0"/>
            </w:pPr>
            <w:r>
              <w:rPr>
                <w:sz w:val="15"/>
              </w:rPr>
              <w:br/>
            </w:r>
          </w:p>
        </w:tc>
      </w:tr>
      <w:tr w:rsidR="00B009ED" w14:paraId="4415A241" w14:textId="77777777">
        <w:trPr>
          <w:cantSplit/>
          <w:trHeight w:val="432"/>
          <w:jc w:val="center"/>
        </w:trPr>
        <w:tc>
          <w:tcPr>
            <w:tcW w:w="504"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0283A87D" w14:textId="77777777" w:rsidR="00B009ED" w:rsidRDefault="00000000">
            <w:pPr>
              <w:spacing w:after="0"/>
              <w:jc w:val="center"/>
            </w:pPr>
            <w:r>
              <w:rPr>
                <w:sz w:val="15"/>
              </w:rPr>
              <w:t>4</w:t>
            </w:r>
          </w:p>
        </w:tc>
        <w:tc>
          <w:tcPr>
            <w:tcW w:w="2880"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0FE3638F" w14:textId="77777777" w:rsidR="00B009ED" w:rsidRDefault="00000000">
            <w:pPr>
              <w:spacing w:after="0"/>
            </w:pPr>
            <w:r>
              <w:rPr>
                <w:sz w:val="15"/>
              </w:rPr>
              <w:br/>
            </w:r>
          </w:p>
        </w:tc>
        <w:tc>
          <w:tcPr>
            <w:tcW w:w="1800"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216F1582" w14:textId="77777777" w:rsidR="00B009ED" w:rsidRDefault="00000000">
            <w:pPr>
              <w:spacing w:after="0"/>
            </w:pPr>
            <w:r>
              <w:rPr>
                <w:sz w:val="15"/>
              </w:rPr>
              <w:br/>
            </w:r>
          </w:p>
        </w:tc>
        <w:tc>
          <w:tcPr>
            <w:tcW w:w="2520"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3D98DB51" w14:textId="77777777" w:rsidR="00B009ED" w:rsidRDefault="00000000">
            <w:pPr>
              <w:spacing w:after="0"/>
            </w:pPr>
            <w:r>
              <w:rPr>
                <w:sz w:val="15"/>
              </w:rPr>
              <w:br/>
            </w:r>
          </w:p>
        </w:tc>
        <w:tc>
          <w:tcPr>
            <w:tcW w:w="1656"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2C228A05" w14:textId="77777777" w:rsidR="00B009ED" w:rsidRDefault="00000000">
            <w:pPr>
              <w:spacing w:after="0"/>
            </w:pPr>
            <w:r>
              <w:rPr>
                <w:sz w:val="15"/>
              </w:rPr>
              <w:br/>
            </w:r>
          </w:p>
        </w:tc>
      </w:tr>
      <w:tr w:rsidR="00B009ED" w14:paraId="5C38674A" w14:textId="77777777">
        <w:trPr>
          <w:cantSplit/>
          <w:trHeight w:val="432"/>
          <w:jc w:val="center"/>
        </w:trPr>
        <w:tc>
          <w:tcPr>
            <w:tcW w:w="504"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0CFE798C" w14:textId="77777777" w:rsidR="00B009ED" w:rsidRDefault="00000000">
            <w:pPr>
              <w:spacing w:after="0"/>
              <w:jc w:val="center"/>
            </w:pPr>
            <w:r>
              <w:rPr>
                <w:sz w:val="15"/>
              </w:rPr>
              <w:t>5</w:t>
            </w:r>
          </w:p>
        </w:tc>
        <w:tc>
          <w:tcPr>
            <w:tcW w:w="2880"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1989B2D9" w14:textId="77777777" w:rsidR="00B009ED" w:rsidRDefault="00000000">
            <w:pPr>
              <w:spacing w:after="0"/>
            </w:pPr>
            <w:r>
              <w:rPr>
                <w:sz w:val="15"/>
              </w:rPr>
              <w:br/>
            </w:r>
          </w:p>
        </w:tc>
        <w:tc>
          <w:tcPr>
            <w:tcW w:w="1800"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529EF125" w14:textId="77777777" w:rsidR="00B009ED" w:rsidRDefault="00000000">
            <w:pPr>
              <w:spacing w:after="0"/>
            </w:pPr>
            <w:r>
              <w:rPr>
                <w:sz w:val="15"/>
              </w:rPr>
              <w:br/>
            </w:r>
          </w:p>
        </w:tc>
        <w:tc>
          <w:tcPr>
            <w:tcW w:w="2520"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3695E8C4" w14:textId="77777777" w:rsidR="00B009ED" w:rsidRDefault="00000000">
            <w:pPr>
              <w:spacing w:after="0"/>
            </w:pPr>
            <w:r>
              <w:rPr>
                <w:sz w:val="15"/>
              </w:rPr>
              <w:br/>
            </w:r>
          </w:p>
        </w:tc>
        <w:tc>
          <w:tcPr>
            <w:tcW w:w="1656"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300F7641" w14:textId="77777777" w:rsidR="00B009ED" w:rsidRDefault="00000000">
            <w:pPr>
              <w:spacing w:after="0"/>
            </w:pPr>
            <w:r>
              <w:rPr>
                <w:sz w:val="15"/>
              </w:rPr>
              <w:br/>
            </w:r>
          </w:p>
        </w:tc>
      </w:tr>
    </w:tbl>
    <w:p w14:paraId="37736C8E" w14:textId="77777777" w:rsidR="00B009ED" w:rsidRDefault="00000000">
      <w:pPr>
        <w:spacing w:before="40" w:after="80"/>
      </w:pPr>
      <w:r>
        <w:rPr>
          <w:i/>
          <w:color w:val="64748B"/>
          <w:sz w:val="15"/>
        </w:rPr>
        <w:t>If any author does not approve the final proof, do not submit this form as fully approved. Contact the Editorial Office to resolve the issue. Add a separate signed page if more than eight authors are listed.</w:t>
      </w:r>
    </w:p>
    <w:p w14:paraId="6218449F" w14:textId="77777777" w:rsidR="00B009ED" w:rsidRDefault="00000000">
      <w:pPr>
        <w:keepNext/>
        <w:spacing w:before="120" w:after="50"/>
      </w:pPr>
      <w:r>
        <w:rPr>
          <w:b/>
          <w:color w:val="17365D"/>
          <w:sz w:val="19"/>
        </w:rPr>
        <w:t>B. CONFIRMATION BY ALL AUTHORS</w:t>
      </w:r>
    </w:p>
    <w:p w14:paraId="580D7B13" w14:textId="77777777" w:rsidR="00B009ED" w:rsidRDefault="00000000">
      <w:pPr>
        <w:spacing w:after="80"/>
        <w:ind w:left="346" w:hanging="346"/>
      </w:pPr>
      <w:r>
        <w:rPr>
          <w:b/>
          <w:color w:val="1F4E79"/>
        </w:rPr>
        <w:t xml:space="preserve">1. </w:t>
      </w:r>
      <w:r>
        <w:t>We have reviewed the final proof, including the title, abstract, main text, tables, figures, references, acknowledgments, and supplementary information, as applicable.</w:t>
      </w:r>
    </w:p>
    <w:p w14:paraId="183776A6" w14:textId="77777777" w:rsidR="00B009ED" w:rsidRDefault="00000000">
      <w:pPr>
        <w:spacing w:after="80"/>
        <w:ind w:left="346" w:hanging="346"/>
      </w:pPr>
      <w:r>
        <w:rPr>
          <w:b/>
          <w:color w:val="1F4E79"/>
        </w:rPr>
        <w:t xml:space="preserve">2. </w:t>
      </w:r>
      <w:r>
        <w:t>We approve the final version for publication and confirm that the corrections requested by the authors have been accurately incorporated, or that any remaining issues have been communicated to the Editorial Office.</w:t>
      </w:r>
    </w:p>
    <w:p w14:paraId="22CF839E" w14:textId="77777777" w:rsidR="00B009ED" w:rsidRDefault="00000000">
      <w:pPr>
        <w:spacing w:after="80"/>
        <w:ind w:left="346" w:hanging="346"/>
      </w:pPr>
      <w:r>
        <w:rPr>
          <w:b/>
          <w:color w:val="1F4E79"/>
        </w:rPr>
        <w:t xml:space="preserve">3. </w:t>
      </w:r>
      <w:r>
        <w:t>We confirm that the author names, author order, affiliations, corresponding author details, and Author Contributions Statement are accurate and reflect our agreement.</w:t>
      </w:r>
    </w:p>
    <w:p w14:paraId="0DF8F88D" w14:textId="77777777" w:rsidR="00B009ED" w:rsidRDefault="00000000">
      <w:pPr>
        <w:spacing w:after="80"/>
        <w:ind w:left="346" w:hanging="346"/>
      </w:pPr>
      <w:r>
        <w:rPr>
          <w:b/>
          <w:color w:val="1F4E79"/>
        </w:rPr>
        <w:t xml:space="preserve">4. </w:t>
      </w:r>
      <w:r>
        <w:t>We confirm that the funding, competing-interest, ethics, data availability, and AI-use declarations, where applicable, are accurate and complete.</w:t>
      </w:r>
    </w:p>
    <w:p w14:paraId="2363FCE3" w14:textId="77777777" w:rsidR="00B009ED" w:rsidRDefault="00000000">
      <w:pPr>
        <w:spacing w:after="80"/>
        <w:ind w:left="346" w:hanging="346"/>
      </w:pPr>
      <w:r>
        <w:rPr>
          <w:b/>
          <w:color w:val="1F4E79"/>
        </w:rPr>
        <w:t xml:space="preserve">5. </w:t>
      </w:r>
      <w:r>
        <w:t>We understand that any substantive change requested after approval must be communicated to and authorized by the Editorial Office before publication.</w:t>
      </w:r>
    </w:p>
    <w:p w14:paraId="4DE944C4" w14:textId="77777777" w:rsidR="00B009ED" w:rsidRDefault="00000000">
      <w:pPr>
        <w:keepNext/>
        <w:spacing w:before="120" w:after="50"/>
      </w:pPr>
      <w:r>
        <w:rPr>
          <w:b/>
          <w:color w:val="17365D"/>
          <w:sz w:val="19"/>
        </w:rPr>
        <w:t>C. CORRESPONDING AUTHOR CERTIFICATION</w:t>
      </w:r>
    </w:p>
    <w:p w14:paraId="08FFE4CE" w14:textId="77777777" w:rsidR="00B009ED" w:rsidRDefault="00000000">
      <w:pPr>
        <w:spacing w:after="80"/>
      </w:pPr>
      <w:r>
        <w:t>I certify that each co-author has been given the opportunity to review the final proof and has provided approval as recorded above. I am submitting this form on behalf of the author group and will retain evidence of each author's approval.</w:t>
      </w:r>
    </w:p>
    <w:p w14:paraId="5BF95EE4" w14:textId="77777777" w:rsidR="00B009ED" w:rsidRDefault="00000000">
      <w:pPr>
        <w:spacing w:after="80"/>
      </w:pPr>
      <w:r>
        <w:rPr>
          <w:b/>
          <w:color w:val="17365D"/>
        </w:rPr>
        <w:t xml:space="preserve">Corresponding author's full name:  </w:t>
      </w:r>
      <w:r>
        <w:t>____________________________________________</w:t>
      </w:r>
    </w:p>
    <w:p w14:paraId="08BA498B" w14:textId="77777777" w:rsidR="00B009ED" w:rsidRDefault="00000000">
      <w:pPr>
        <w:spacing w:after="80"/>
      </w:pPr>
      <w:r>
        <w:rPr>
          <w:b/>
          <w:color w:val="17365D"/>
        </w:rPr>
        <w:t xml:space="preserve">Institution / affiliation:  </w:t>
      </w:r>
      <w:r>
        <w:t>______________________________________________________</w:t>
      </w:r>
    </w:p>
    <w:p w14:paraId="6DA3FE82" w14:textId="77777777" w:rsidR="00B009ED" w:rsidRDefault="00000000">
      <w:pPr>
        <w:spacing w:after="80"/>
      </w:pPr>
      <w:r>
        <w:rPr>
          <w:b/>
          <w:color w:val="17365D"/>
        </w:rPr>
        <w:t xml:space="preserve">Email address:  </w:t>
      </w:r>
      <w:r>
        <w:t>________________________________________________________________</w:t>
      </w:r>
    </w:p>
    <w:p w14:paraId="4767B717" w14:textId="77777777" w:rsidR="00B009ED" w:rsidRDefault="00000000">
      <w:pPr>
        <w:spacing w:after="80"/>
      </w:pPr>
      <w:r>
        <w:rPr>
          <w:b/>
          <w:color w:val="17365D"/>
        </w:rPr>
        <w:t xml:space="preserve">Signature:  </w:t>
      </w:r>
      <w:r>
        <w:t>____________________________________________________________________</w:t>
      </w:r>
    </w:p>
    <w:p w14:paraId="70E7BC8D" w14:textId="77777777" w:rsidR="00B009ED" w:rsidRDefault="00000000">
      <w:pPr>
        <w:spacing w:after="80"/>
      </w:pPr>
      <w:r>
        <w:rPr>
          <w:b/>
          <w:color w:val="17365D"/>
        </w:rPr>
        <w:t xml:space="preserve">Date:  </w:t>
      </w:r>
      <w:r>
        <w:t>________________________________________________________________________</w:t>
      </w:r>
    </w:p>
    <w:p w14:paraId="05396D34" w14:textId="77777777" w:rsidR="00B009ED" w:rsidRDefault="00000000">
      <w:pPr>
        <w:spacing w:before="40" w:after="80"/>
      </w:pPr>
      <w:r>
        <w:rPr>
          <w:i/>
          <w:color w:val="64748B"/>
          <w:sz w:val="15"/>
        </w:rPr>
        <w:t>This form is required before publication. The corresponding author must not sign or indicate approval on behalf of a co-author without that author's explicit authorization.</w:t>
      </w:r>
    </w:p>
    <w:sectPr w:rsidR="00B009ED" w:rsidSect="00034616">
      <w:headerReference w:type="default" r:id="rId8"/>
      <w:footerReference w:type="default" r:id="rId9"/>
      <w:pgSz w:w="12240" w:h="15840"/>
      <w:pgMar w:top="893" w:right="979" w:bottom="893" w:left="979" w:header="403"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6E61C" w14:textId="77777777" w:rsidR="008570D3" w:rsidRDefault="008570D3">
      <w:pPr>
        <w:spacing w:after="0" w:line="240" w:lineRule="auto"/>
      </w:pPr>
      <w:r>
        <w:separator/>
      </w:r>
    </w:p>
  </w:endnote>
  <w:endnote w:type="continuationSeparator" w:id="0">
    <w:p w14:paraId="2AD24678" w14:textId="77777777" w:rsidR="008570D3" w:rsidRDefault="008570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37119" w14:textId="77777777" w:rsidR="00B009ED" w:rsidRDefault="00000000">
    <w:pPr>
      <w:pStyle w:val="Footer"/>
      <w:jc w:val="center"/>
    </w:pPr>
    <w:r>
      <w:rPr>
        <w:color w:val="64748B"/>
        <w:sz w:val="14"/>
      </w:rPr>
      <w:t xml:space="preserve">PERSATUAN AHLI GIZI INDONESIA (PERSAGI)  •  FORM 2  •  Page </w:t>
    </w:r>
    <w:r>
      <w:fldChar w:fldCharType="begin"/>
    </w:r>
    <w:r>
      <w:instrText>PAGE</w:instrText>
    </w:r>
    <w:r>
      <w:fldChar w:fldCharType="separate"/>
    </w:r>
    <w:r w:rsidR="00E5652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EB0B3" w14:textId="77777777" w:rsidR="008570D3" w:rsidRDefault="008570D3">
      <w:pPr>
        <w:spacing w:after="0" w:line="240" w:lineRule="auto"/>
      </w:pPr>
      <w:r>
        <w:separator/>
      </w:r>
    </w:p>
  </w:footnote>
  <w:footnote w:type="continuationSeparator" w:id="0">
    <w:p w14:paraId="73B15049" w14:textId="77777777" w:rsidR="008570D3" w:rsidRDefault="008570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D9886" w14:textId="77777777" w:rsidR="00B009ED" w:rsidRDefault="00000000">
    <w:pPr>
      <w:pStyle w:val="Header"/>
      <w:jc w:val="center"/>
      <w:rPr>
        <w:color w:val="64748B"/>
        <w:sz w:val="15"/>
      </w:rPr>
    </w:pPr>
    <w:r>
      <w:rPr>
        <w:b/>
        <w:color w:val="17365D"/>
        <w:sz w:val="16"/>
      </w:rPr>
      <w:t>PENELITIAN GIZI DAN MAKANAN</w:t>
    </w:r>
    <w:r>
      <w:rPr>
        <w:color w:val="64748B"/>
        <w:sz w:val="15"/>
      </w:rPr>
      <w:t xml:space="preserve">  |  THE JOURNAL OF NUTRITION AND FOOD RESEARCH</w:t>
    </w:r>
  </w:p>
  <w:p w14:paraId="3B6AD9C2" w14:textId="44C29C1C" w:rsidR="00E56524" w:rsidRPr="00E56524" w:rsidRDefault="00E56524" w:rsidP="00E56524">
    <w:pPr>
      <w:ind w:left="3" w:right="2"/>
      <w:jc w:val="center"/>
      <w:rPr>
        <w:b/>
        <w:sz w:val="16"/>
      </w:rPr>
    </w:pPr>
    <w:hyperlink r:id="rId1">
      <w:r>
        <w:rPr>
          <w:b/>
          <w:color w:val="0000FF"/>
          <w:sz w:val="16"/>
          <w:u w:val="single" w:color="0000FF"/>
        </w:rPr>
        <w:t>https://pgm.persagi.org</w:t>
      </w:r>
    </w:hyperlink>
    <w:r>
      <w:rPr>
        <w:b/>
        <w:color w:val="0000FF"/>
        <w:spacing w:val="-6"/>
        <w:sz w:val="16"/>
      </w:rPr>
      <w:t xml:space="preserve"> </w:t>
    </w:r>
    <w:r>
      <w:rPr>
        <w:b/>
        <w:color w:val="17365D"/>
        <w:sz w:val="16"/>
      </w:rPr>
      <w:t>|</w:t>
    </w:r>
    <w:r>
      <w:rPr>
        <w:b/>
        <w:color w:val="17365D"/>
        <w:spacing w:val="-6"/>
        <w:sz w:val="16"/>
      </w:rPr>
      <w:t xml:space="preserve"> </w:t>
    </w:r>
    <w:r>
      <w:rPr>
        <w:b/>
        <w:color w:val="17365D"/>
        <w:sz w:val="16"/>
      </w:rPr>
      <w:t>E-</w:t>
    </w:r>
    <w:r>
      <w:rPr>
        <w:b/>
        <w:color w:val="17365D"/>
        <w:spacing w:val="-6"/>
        <w:sz w:val="16"/>
      </w:rPr>
      <w:t xml:space="preserve"> </w:t>
    </w:r>
    <w:r>
      <w:rPr>
        <w:b/>
        <w:color w:val="17365D"/>
        <w:sz w:val="16"/>
      </w:rPr>
      <w:t>ISSN</w:t>
    </w:r>
    <w:r>
      <w:rPr>
        <w:b/>
        <w:color w:val="17365D"/>
        <w:spacing w:val="-5"/>
        <w:sz w:val="16"/>
      </w:rPr>
      <w:t xml:space="preserve"> </w:t>
    </w:r>
    <w:r>
      <w:rPr>
        <w:b/>
        <w:color w:val="17365D"/>
        <w:sz w:val="16"/>
      </w:rPr>
      <w:t>2338-8358</w:t>
    </w:r>
    <w:r>
      <w:rPr>
        <w:b/>
        <w:color w:val="17365D"/>
        <w:spacing w:val="-6"/>
        <w:sz w:val="16"/>
      </w:rPr>
      <w:t xml:space="preserve"> </w:t>
    </w:r>
    <w:r>
      <w:rPr>
        <w:b/>
        <w:color w:val="17365D"/>
        <w:sz w:val="16"/>
      </w:rPr>
      <w:t>|</w:t>
    </w:r>
    <w:r>
      <w:rPr>
        <w:b/>
        <w:color w:val="17365D"/>
        <w:spacing w:val="-6"/>
        <w:sz w:val="16"/>
      </w:rPr>
      <w:t xml:space="preserve"> </w:t>
    </w:r>
    <w:r>
      <w:rPr>
        <w:b/>
        <w:color w:val="17365D"/>
        <w:sz w:val="16"/>
      </w:rPr>
      <w:t>P</w:t>
    </w:r>
    <w:r>
      <w:rPr>
        <w:b/>
        <w:color w:val="17365D"/>
        <w:spacing w:val="-4"/>
        <w:sz w:val="16"/>
      </w:rPr>
      <w:t xml:space="preserve"> </w:t>
    </w:r>
    <w:r>
      <w:rPr>
        <w:b/>
        <w:color w:val="17365D"/>
        <w:sz w:val="16"/>
      </w:rPr>
      <w:t>–</w:t>
    </w:r>
    <w:r>
      <w:rPr>
        <w:b/>
        <w:color w:val="17365D"/>
        <w:spacing w:val="-6"/>
        <w:sz w:val="16"/>
      </w:rPr>
      <w:t xml:space="preserve"> </w:t>
    </w:r>
    <w:r>
      <w:rPr>
        <w:b/>
        <w:color w:val="17365D"/>
        <w:sz w:val="16"/>
      </w:rPr>
      <w:t>ISSN</w:t>
    </w:r>
    <w:r>
      <w:rPr>
        <w:b/>
        <w:color w:val="17365D"/>
        <w:spacing w:val="-5"/>
        <w:sz w:val="16"/>
      </w:rPr>
      <w:t xml:space="preserve"> </w:t>
    </w:r>
    <w:r>
      <w:rPr>
        <w:b/>
        <w:color w:val="17365D"/>
        <w:sz w:val="16"/>
      </w:rPr>
      <w:t>0125-</w:t>
    </w:r>
    <w:r>
      <w:rPr>
        <w:b/>
        <w:color w:val="17365D"/>
        <w:spacing w:val="-4"/>
        <w:sz w:val="16"/>
      </w:rPr>
      <w:t>9717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93948443">
    <w:abstractNumId w:val="8"/>
  </w:num>
  <w:num w:numId="2" w16cid:durableId="1184368270">
    <w:abstractNumId w:val="6"/>
  </w:num>
  <w:num w:numId="3" w16cid:durableId="929656504">
    <w:abstractNumId w:val="5"/>
  </w:num>
  <w:num w:numId="4" w16cid:durableId="141776211">
    <w:abstractNumId w:val="4"/>
  </w:num>
  <w:num w:numId="5" w16cid:durableId="2033680370">
    <w:abstractNumId w:val="7"/>
  </w:num>
  <w:num w:numId="6" w16cid:durableId="275218167">
    <w:abstractNumId w:val="3"/>
  </w:num>
  <w:num w:numId="7" w16cid:durableId="328095841">
    <w:abstractNumId w:val="2"/>
  </w:num>
  <w:num w:numId="8" w16cid:durableId="273899798">
    <w:abstractNumId w:val="1"/>
  </w:num>
  <w:num w:numId="9" w16cid:durableId="1132408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60D6D"/>
    <w:rsid w:val="008570D3"/>
    <w:rsid w:val="00AA1D8D"/>
    <w:rsid w:val="00B009ED"/>
    <w:rsid w:val="00B47730"/>
    <w:rsid w:val="00BF2096"/>
    <w:rsid w:val="00CB0664"/>
    <w:rsid w:val="00E5652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777040"/>
  <w14:defaultImageDpi w14:val="300"/>
  <w15:docId w15:val="{0ED690FD-2A64-4C00-8573-954157C04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70" w:line="252" w:lineRule="auto"/>
    </w:pPr>
    <w:rPr>
      <w:rFonts w:ascii="Arial" w:hAnsi="Arial"/>
      <w:color w:val="1F2937"/>
      <w:sz w:val="18"/>
    </w:rPr>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b/>
      <w:bCs/>
      <w:color w:val="17365D"/>
      <w:sz w:val="23"/>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color w:val="17365D"/>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contextualSpacing/>
    </w:pPr>
    <w:rPr>
      <w:rFonts w:asciiTheme="majorHAnsi" w:eastAsiaTheme="majorEastAsia" w:hAnsiTheme="majorHAnsi" w:cstheme="majorBidi"/>
      <w:b/>
      <w:color w:val="17365D"/>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s://pgm.persag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413</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APPROVAL FOR PUBLICATION</dc:title>
  <dc:subject>FORM 2</dc:subject>
  <dc:creator>Penelitian Gizi dan Makanan – PERSAGI</dc:creator>
  <cp:keywords>PGM, PERSAGI, author form, scholarly publishing</cp:keywords>
  <dc:description>generated by python-docx</dc:description>
  <cp:lastModifiedBy>Andri Agus Rahman</cp:lastModifiedBy>
  <cp:revision>3</cp:revision>
  <dcterms:created xsi:type="dcterms:W3CDTF">2013-12-23T23:15:00Z</dcterms:created>
  <dcterms:modified xsi:type="dcterms:W3CDTF">2026-11-04T16:31:00Z</dcterms:modified>
  <cp:category/>
</cp:coreProperties>
</file>