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69EDB" w14:textId="77777777" w:rsidR="003F4AEE" w:rsidRDefault="00000000">
      <w:pPr>
        <w:spacing w:before="80" w:after="40"/>
        <w:jc w:val="center"/>
      </w:pPr>
      <w:r>
        <w:rPr>
          <w:b/>
          <w:color w:val="1F4E79"/>
        </w:rPr>
        <w:t>FORM 1</w:t>
      </w:r>
    </w:p>
    <w:p w14:paraId="6688F79F" w14:textId="77777777" w:rsidR="003F4AEE" w:rsidRDefault="00000000">
      <w:pPr>
        <w:spacing w:after="60"/>
        <w:jc w:val="center"/>
      </w:pPr>
      <w:r>
        <w:rPr>
          <w:b/>
          <w:color w:val="17365D"/>
          <w:sz w:val="30"/>
        </w:rPr>
        <w:t>STATEMENT OF ORIGINALITY</w:t>
      </w:r>
    </w:p>
    <w:p w14:paraId="2F907437" w14:textId="77777777" w:rsidR="003F4AEE" w:rsidRDefault="00000000">
      <w:pPr>
        <w:spacing w:after="160"/>
        <w:jc w:val="center"/>
      </w:pPr>
      <w:r>
        <w:rPr>
          <w:i/>
          <w:color w:val="64748B"/>
          <w:sz w:val="17"/>
        </w:rPr>
        <w:t>Complete and sign this form at initial manuscript submission</w:t>
      </w:r>
    </w:p>
    <w:tbl>
      <w:tblPr>
        <w:tblW w:w="0" w:type="auto"/>
        <w:tblLook w:val="04A0" w:firstRow="1" w:lastRow="0" w:firstColumn="1" w:lastColumn="0" w:noHBand="0" w:noVBand="1"/>
      </w:tblPr>
      <w:tblGrid>
        <w:gridCol w:w="4968"/>
        <w:gridCol w:w="4968"/>
      </w:tblGrid>
      <w:tr w:rsidR="003F4AEE" w14:paraId="03DA260A" w14:textId="77777777">
        <w:tc>
          <w:tcPr>
            <w:tcW w:w="4968" w:type="dxa"/>
            <w:tcBorders>
              <w:top w:val="single" w:sz="5" w:space="0" w:color="AAB7C4"/>
              <w:left w:val="single" w:sz="5" w:space="0" w:color="AAB7C4"/>
              <w:bottom w:val="single" w:sz="5" w:space="0" w:color="AAB7C4"/>
              <w:right w:val="single" w:sz="5" w:space="0" w:color="AAB7C4"/>
            </w:tcBorders>
            <w:shd w:val="clear" w:color="auto" w:fill="F3F6F9"/>
            <w:tcMar>
              <w:top w:w="75" w:type="dxa"/>
              <w:left w:w="95" w:type="dxa"/>
              <w:bottom w:w="75" w:type="dxa"/>
              <w:right w:w="95" w:type="dxa"/>
            </w:tcMar>
            <w:vAlign w:val="center"/>
          </w:tcPr>
          <w:p w14:paraId="53C73992" w14:textId="77777777" w:rsidR="003F4AEE" w:rsidRDefault="00000000">
            <w:pPr>
              <w:spacing w:after="0"/>
            </w:pPr>
            <w:r>
              <w:rPr>
                <w:b/>
                <w:color w:val="17365D"/>
                <w:sz w:val="15"/>
              </w:rPr>
              <w:t>JOURNAL: Penelitian Gizi dan Makanan</w:t>
            </w:r>
          </w:p>
        </w:tc>
        <w:tc>
          <w:tcPr>
            <w:tcW w:w="4968" w:type="dxa"/>
            <w:tcBorders>
              <w:top w:val="single" w:sz="5" w:space="0" w:color="AAB7C4"/>
              <w:left w:val="single" w:sz="5" w:space="0" w:color="AAB7C4"/>
              <w:bottom w:val="single" w:sz="5" w:space="0" w:color="AAB7C4"/>
              <w:right w:val="single" w:sz="5" w:space="0" w:color="AAB7C4"/>
            </w:tcBorders>
            <w:shd w:val="clear" w:color="auto" w:fill="F3F6F9"/>
            <w:tcMar>
              <w:top w:w="75" w:type="dxa"/>
              <w:left w:w="95" w:type="dxa"/>
              <w:bottom w:w="75" w:type="dxa"/>
              <w:right w:w="95" w:type="dxa"/>
            </w:tcMar>
            <w:vAlign w:val="center"/>
          </w:tcPr>
          <w:p w14:paraId="1CF87CD8" w14:textId="77777777" w:rsidR="003F4AEE" w:rsidRDefault="00000000">
            <w:pPr>
              <w:spacing w:after="0"/>
            </w:pPr>
            <w:r>
              <w:rPr>
                <w:b/>
                <w:color w:val="17365D"/>
                <w:sz w:val="15"/>
              </w:rPr>
              <w:t>PUBLISHER: PERSAGI</w:t>
            </w:r>
          </w:p>
        </w:tc>
      </w:tr>
    </w:tbl>
    <w:p w14:paraId="62F2109E" w14:textId="77777777" w:rsidR="003F4AEE" w:rsidRDefault="003F4AEE">
      <w:pPr>
        <w:spacing w:after="0"/>
      </w:pPr>
    </w:p>
    <w:p w14:paraId="7B746612" w14:textId="77777777" w:rsidR="003F4AEE" w:rsidRDefault="00000000">
      <w:pPr>
        <w:spacing w:after="80"/>
      </w:pPr>
      <w:r>
        <w:rPr>
          <w:b/>
          <w:color w:val="17365D"/>
        </w:rPr>
        <w:t xml:space="preserve">Manuscript title:  </w:t>
      </w:r>
      <w:r>
        <w:t>________________________________________________________________________________</w:t>
      </w:r>
    </w:p>
    <w:p w14:paraId="3B7CB73A" w14:textId="77777777" w:rsidR="003F4AEE" w:rsidRDefault="00000000">
      <w:pPr>
        <w:spacing w:after="80"/>
      </w:pPr>
      <w:r>
        <w:rPr>
          <w:b/>
          <w:color w:val="17365D"/>
        </w:rPr>
        <w:t xml:space="preserve">Manuscript ID (if assigned):  </w:t>
      </w:r>
      <w:r>
        <w:t>_______________________________________________</w:t>
      </w:r>
    </w:p>
    <w:p w14:paraId="3A8DFB1F" w14:textId="77777777" w:rsidR="003F4AEE" w:rsidRDefault="00000000">
      <w:pPr>
        <w:spacing w:after="80"/>
      </w:pPr>
      <w:r>
        <w:rPr>
          <w:b/>
          <w:color w:val="17365D"/>
        </w:rPr>
        <w:t xml:space="preserve">Article type:  </w:t>
      </w:r>
      <w:r>
        <w:t>☐ Original Research  ☐ Secondary Data Analysis  ☐ Policy Analysis  ☐ Review Article</w:t>
      </w:r>
    </w:p>
    <w:p w14:paraId="73E79FF0" w14:textId="77777777" w:rsidR="003F4AEE" w:rsidRDefault="00000000">
      <w:pPr>
        <w:keepNext/>
        <w:spacing w:before="120" w:after="50"/>
      </w:pPr>
      <w:r>
        <w:rPr>
          <w:b/>
          <w:color w:val="17365D"/>
          <w:sz w:val="19"/>
        </w:rPr>
        <w:t>A. AUTHOR DETAILS</w:t>
      </w:r>
    </w:p>
    <w:tbl>
      <w:tblPr>
        <w:tblW w:w="0" w:type="auto"/>
        <w:jc w:val="center"/>
        <w:tblLayout w:type="fixed"/>
        <w:tblLook w:val="04A0" w:firstRow="1" w:lastRow="0" w:firstColumn="1" w:lastColumn="0" w:noHBand="0" w:noVBand="1"/>
      </w:tblPr>
      <w:tblGrid>
        <w:gridCol w:w="461"/>
        <w:gridCol w:w="2477"/>
        <w:gridCol w:w="2520"/>
        <w:gridCol w:w="1800"/>
        <w:gridCol w:w="2232"/>
      </w:tblGrid>
      <w:tr w:rsidR="003F4AEE" w14:paraId="0EB922F7" w14:textId="77777777">
        <w:trPr>
          <w:cantSplit/>
          <w:tblHeader/>
          <w:jc w:val="center"/>
        </w:trPr>
        <w:tc>
          <w:tcPr>
            <w:tcW w:w="461"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17EFA590" w14:textId="77777777" w:rsidR="003F4AEE" w:rsidRDefault="00000000">
            <w:pPr>
              <w:spacing w:after="0"/>
            </w:pPr>
            <w:r>
              <w:rPr>
                <w:b/>
                <w:color w:val="17365D"/>
                <w:sz w:val="15"/>
              </w:rPr>
              <w:t>No.</w:t>
            </w:r>
          </w:p>
        </w:tc>
        <w:tc>
          <w:tcPr>
            <w:tcW w:w="2477"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5FAF4407" w14:textId="77777777" w:rsidR="003F4AEE" w:rsidRDefault="00000000">
            <w:pPr>
              <w:spacing w:after="0"/>
            </w:pPr>
            <w:r>
              <w:rPr>
                <w:b/>
                <w:color w:val="17365D"/>
                <w:sz w:val="15"/>
              </w:rPr>
              <w:t>Full name (as it should appear)</w:t>
            </w:r>
          </w:p>
        </w:tc>
        <w:tc>
          <w:tcPr>
            <w:tcW w:w="2520"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61D19BA7" w14:textId="77777777" w:rsidR="003F4AEE" w:rsidRDefault="00000000">
            <w:pPr>
              <w:spacing w:after="0"/>
            </w:pPr>
            <w:r>
              <w:rPr>
                <w:b/>
                <w:color w:val="17365D"/>
                <w:sz w:val="15"/>
              </w:rPr>
              <w:t>Institutional affiliation</w:t>
            </w:r>
          </w:p>
        </w:tc>
        <w:tc>
          <w:tcPr>
            <w:tcW w:w="1800"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414D5113" w14:textId="77777777" w:rsidR="003F4AEE" w:rsidRDefault="00000000">
            <w:pPr>
              <w:spacing w:after="0"/>
            </w:pPr>
            <w:r>
              <w:rPr>
                <w:b/>
                <w:color w:val="17365D"/>
                <w:sz w:val="15"/>
              </w:rPr>
              <w:t>ORCID iD</w:t>
            </w:r>
          </w:p>
        </w:tc>
        <w:tc>
          <w:tcPr>
            <w:tcW w:w="2232" w:type="dxa"/>
            <w:tcBorders>
              <w:top w:val="single" w:sz="5" w:space="0" w:color="AAB7C4"/>
              <w:left w:val="single" w:sz="5" w:space="0" w:color="AAB7C4"/>
              <w:bottom w:val="single" w:sz="5" w:space="0" w:color="AAB7C4"/>
              <w:right w:val="single" w:sz="5" w:space="0" w:color="AAB7C4"/>
            </w:tcBorders>
            <w:shd w:val="clear" w:color="auto" w:fill="DCE6F1"/>
            <w:tcMar>
              <w:top w:w="75" w:type="dxa"/>
              <w:left w:w="95" w:type="dxa"/>
              <w:bottom w:w="75" w:type="dxa"/>
              <w:right w:w="95" w:type="dxa"/>
            </w:tcMar>
            <w:vAlign w:val="center"/>
          </w:tcPr>
          <w:p w14:paraId="4E2C25F6" w14:textId="77777777" w:rsidR="003F4AEE" w:rsidRDefault="00000000">
            <w:pPr>
              <w:spacing w:after="0"/>
            </w:pPr>
            <w:r>
              <w:rPr>
                <w:b/>
                <w:color w:val="17365D"/>
                <w:sz w:val="15"/>
              </w:rPr>
              <w:t>Signature / date</w:t>
            </w:r>
          </w:p>
        </w:tc>
      </w:tr>
      <w:tr w:rsidR="003F4AEE" w14:paraId="760242A3"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F7F13FA" w14:textId="77777777" w:rsidR="003F4AEE" w:rsidRDefault="00000000">
            <w:pPr>
              <w:spacing w:after="0"/>
              <w:jc w:val="center"/>
            </w:pPr>
            <w:r>
              <w:rPr>
                <w:sz w:val="15"/>
              </w:rPr>
              <w:t>1</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792E4B23"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00057E85"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DD37115"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3A61862" w14:textId="77777777" w:rsidR="003F4AEE" w:rsidRDefault="00000000">
            <w:pPr>
              <w:spacing w:after="0"/>
            </w:pPr>
            <w:r>
              <w:rPr>
                <w:sz w:val="15"/>
              </w:rPr>
              <w:br/>
            </w:r>
          </w:p>
        </w:tc>
      </w:tr>
      <w:tr w:rsidR="003F4AEE" w14:paraId="5179ED7D"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FC35BA7" w14:textId="77777777" w:rsidR="003F4AEE" w:rsidRDefault="00000000">
            <w:pPr>
              <w:spacing w:after="0"/>
              <w:jc w:val="center"/>
            </w:pPr>
            <w:r>
              <w:rPr>
                <w:sz w:val="15"/>
              </w:rPr>
              <w:t>2</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49FFA00"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58468DCB"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5BA7CA4"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7E4C5586" w14:textId="77777777" w:rsidR="003F4AEE" w:rsidRDefault="00000000">
            <w:pPr>
              <w:spacing w:after="0"/>
            </w:pPr>
            <w:r>
              <w:rPr>
                <w:sz w:val="15"/>
              </w:rPr>
              <w:br/>
            </w:r>
          </w:p>
        </w:tc>
      </w:tr>
      <w:tr w:rsidR="003F4AEE" w14:paraId="6C8926AF"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D98BF55" w14:textId="77777777" w:rsidR="003F4AEE" w:rsidRDefault="00000000">
            <w:pPr>
              <w:spacing w:after="0"/>
              <w:jc w:val="center"/>
            </w:pPr>
            <w:r>
              <w:rPr>
                <w:sz w:val="15"/>
              </w:rPr>
              <w:t>3</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77F1016F"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73D0EC31"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1021128"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7590106" w14:textId="77777777" w:rsidR="003F4AEE" w:rsidRDefault="00000000">
            <w:pPr>
              <w:spacing w:after="0"/>
            </w:pPr>
            <w:r>
              <w:rPr>
                <w:sz w:val="15"/>
              </w:rPr>
              <w:br/>
            </w:r>
          </w:p>
        </w:tc>
      </w:tr>
      <w:tr w:rsidR="003F4AEE" w14:paraId="48799907"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49DE9CE" w14:textId="77777777" w:rsidR="003F4AEE" w:rsidRDefault="00000000">
            <w:pPr>
              <w:spacing w:after="0"/>
              <w:jc w:val="center"/>
            </w:pPr>
            <w:r>
              <w:rPr>
                <w:sz w:val="15"/>
              </w:rPr>
              <w:t>4</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91F62C6"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41CFEB9"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764F345"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06D585C5" w14:textId="77777777" w:rsidR="003F4AEE" w:rsidRDefault="00000000">
            <w:pPr>
              <w:spacing w:after="0"/>
            </w:pPr>
            <w:r>
              <w:rPr>
                <w:sz w:val="15"/>
              </w:rPr>
              <w:br/>
            </w:r>
          </w:p>
        </w:tc>
      </w:tr>
      <w:tr w:rsidR="003F4AEE" w14:paraId="2713E26A"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7BF07FCD" w14:textId="77777777" w:rsidR="003F4AEE" w:rsidRDefault="00000000">
            <w:pPr>
              <w:spacing w:after="0"/>
              <w:jc w:val="center"/>
            </w:pPr>
            <w:r>
              <w:rPr>
                <w:sz w:val="15"/>
              </w:rPr>
              <w:t>5</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5463C8A4"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3152E72"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EA39059"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53E5845E" w14:textId="77777777" w:rsidR="003F4AEE" w:rsidRDefault="00000000">
            <w:pPr>
              <w:spacing w:after="0"/>
            </w:pPr>
            <w:r>
              <w:rPr>
                <w:sz w:val="15"/>
              </w:rPr>
              <w:br/>
            </w:r>
          </w:p>
        </w:tc>
      </w:tr>
      <w:tr w:rsidR="003F4AEE" w14:paraId="1BBF18B6"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0E1D54C" w14:textId="77777777" w:rsidR="003F4AEE" w:rsidRDefault="00000000">
            <w:pPr>
              <w:spacing w:after="0"/>
              <w:jc w:val="center"/>
            </w:pPr>
            <w:r>
              <w:rPr>
                <w:sz w:val="15"/>
              </w:rPr>
              <w:t>6</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2C0A7D1"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3F2C349"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33A9080"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8C65531" w14:textId="77777777" w:rsidR="003F4AEE" w:rsidRDefault="00000000">
            <w:pPr>
              <w:spacing w:after="0"/>
            </w:pPr>
            <w:r>
              <w:rPr>
                <w:sz w:val="15"/>
              </w:rPr>
              <w:br/>
            </w:r>
          </w:p>
        </w:tc>
      </w:tr>
      <w:tr w:rsidR="003F4AEE" w14:paraId="7165E6C5"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0D23C4C7" w14:textId="77777777" w:rsidR="003F4AEE" w:rsidRDefault="00000000">
            <w:pPr>
              <w:spacing w:after="0"/>
              <w:jc w:val="center"/>
            </w:pPr>
            <w:r>
              <w:rPr>
                <w:sz w:val="15"/>
              </w:rPr>
              <w:t>7</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040C4C9"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FCA193A"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4736A77A"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16C3D242" w14:textId="77777777" w:rsidR="003F4AEE" w:rsidRDefault="00000000">
            <w:pPr>
              <w:spacing w:after="0"/>
            </w:pPr>
            <w:r>
              <w:rPr>
                <w:sz w:val="15"/>
              </w:rPr>
              <w:br/>
            </w:r>
          </w:p>
        </w:tc>
      </w:tr>
      <w:tr w:rsidR="003F4AEE" w14:paraId="43E6BF1D" w14:textId="77777777">
        <w:trPr>
          <w:cantSplit/>
          <w:trHeight w:val="360"/>
          <w:jc w:val="center"/>
        </w:trPr>
        <w:tc>
          <w:tcPr>
            <w:tcW w:w="461"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D5307A1" w14:textId="77777777" w:rsidR="003F4AEE" w:rsidRDefault="00000000">
            <w:pPr>
              <w:spacing w:after="0"/>
              <w:jc w:val="center"/>
            </w:pPr>
            <w:r>
              <w:rPr>
                <w:sz w:val="15"/>
              </w:rPr>
              <w:t>8</w:t>
            </w:r>
          </w:p>
        </w:tc>
        <w:tc>
          <w:tcPr>
            <w:tcW w:w="2477"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25589344" w14:textId="77777777" w:rsidR="003F4AEE" w:rsidRDefault="00000000">
            <w:pPr>
              <w:spacing w:after="0"/>
            </w:pPr>
            <w:r>
              <w:rPr>
                <w:sz w:val="15"/>
              </w:rPr>
              <w:br/>
            </w:r>
          </w:p>
        </w:tc>
        <w:tc>
          <w:tcPr>
            <w:tcW w:w="252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52166135" w14:textId="77777777" w:rsidR="003F4AEE" w:rsidRDefault="00000000">
            <w:pPr>
              <w:spacing w:after="0"/>
            </w:pPr>
            <w:r>
              <w:rPr>
                <w:sz w:val="15"/>
              </w:rPr>
              <w:br/>
            </w:r>
          </w:p>
        </w:tc>
        <w:tc>
          <w:tcPr>
            <w:tcW w:w="1800"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3F9C0F5C" w14:textId="77777777" w:rsidR="003F4AEE" w:rsidRDefault="00000000">
            <w:pPr>
              <w:spacing w:after="0"/>
            </w:pPr>
            <w:r>
              <w:rPr>
                <w:sz w:val="15"/>
              </w:rPr>
              <w:br/>
            </w:r>
          </w:p>
        </w:tc>
        <w:tc>
          <w:tcPr>
            <w:tcW w:w="2232" w:type="dxa"/>
            <w:tcBorders>
              <w:top w:val="single" w:sz="5" w:space="0" w:color="AAB7C4"/>
              <w:left w:val="single" w:sz="5" w:space="0" w:color="AAB7C4"/>
              <w:bottom w:val="single" w:sz="5" w:space="0" w:color="AAB7C4"/>
              <w:right w:val="single" w:sz="5" w:space="0" w:color="AAB7C4"/>
            </w:tcBorders>
            <w:tcMar>
              <w:top w:w="75" w:type="dxa"/>
              <w:left w:w="95" w:type="dxa"/>
              <w:bottom w:w="75" w:type="dxa"/>
              <w:right w:w="95" w:type="dxa"/>
            </w:tcMar>
            <w:vAlign w:val="center"/>
          </w:tcPr>
          <w:p w14:paraId="610625D8" w14:textId="77777777" w:rsidR="003F4AEE" w:rsidRDefault="00000000">
            <w:pPr>
              <w:spacing w:after="0"/>
            </w:pPr>
            <w:r>
              <w:rPr>
                <w:sz w:val="15"/>
              </w:rPr>
              <w:br/>
            </w:r>
          </w:p>
        </w:tc>
      </w:tr>
    </w:tbl>
    <w:p w14:paraId="063E87BE" w14:textId="77777777" w:rsidR="003F4AEE" w:rsidRDefault="00000000">
      <w:pPr>
        <w:spacing w:before="40" w:after="80"/>
      </w:pPr>
      <w:r>
        <w:rPr>
          <w:i/>
          <w:color w:val="64748B"/>
          <w:sz w:val="15"/>
        </w:rPr>
        <w:t>Add a separate signed page if more than eight authors are listed. Each author must personally approve this declaration.</w:t>
      </w:r>
    </w:p>
    <w:p w14:paraId="27EA2D16" w14:textId="77777777" w:rsidR="003F4AEE" w:rsidRDefault="00000000">
      <w:pPr>
        <w:keepNext/>
        <w:spacing w:before="120" w:after="50"/>
      </w:pPr>
      <w:r>
        <w:rPr>
          <w:b/>
          <w:color w:val="17365D"/>
          <w:sz w:val="19"/>
        </w:rPr>
        <w:t>B. AUTHOR DECLARATIONS</w:t>
      </w:r>
    </w:p>
    <w:p w14:paraId="5DD06D26" w14:textId="77777777" w:rsidR="003F4AEE" w:rsidRDefault="00000000">
      <w:pPr>
        <w:spacing w:after="80"/>
        <w:ind w:left="346" w:hanging="346"/>
      </w:pPr>
      <w:r>
        <w:rPr>
          <w:b/>
          <w:color w:val="1F4E79"/>
        </w:rPr>
        <w:t xml:space="preserve">1. </w:t>
      </w:r>
      <w:r>
        <w:t>We confirm that this manuscript is original and has not been previously published in a journal or other publication, except for a preprint or other prior dissemination that has been fully disclosed to the journal.</w:t>
      </w:r>
    </w:p>
    <w:p w14:paraId="1FF82193" w14:textId="77777777" w:rsidR="003F4AEE" w:rsidRDefault="00000000">
      <w:pPr>
        <w:spacing w:after="80"/>
        <w:ind w:left="346" w:hanging="346"/>
      </w:pPr>
      <w:r>
        <w:rPr>
          <w:b/>
          <w:color w:val="1F4E79"/>
        </w:rPr>
        <w:t xml:space="preserve">2. </w:t>
      </w:r>
      <w:r>
        <w:t>We confirm that the manuscript is not under consideration by, or submitted to, another journal. We will not submit this manuscript, or a substantially overlapping version, to another journal while it is being considered by Penelitian Gizi dan Makanan, including during editorial assessment, peer review, revision, and the final editorial decision.</w:t>
      </w:r>
    </w:p>
    <w:p w14:paraId="0D2CC4EB" w14:textId="77777777" w:rsidR="003F4AEE" w:rsidRDefault="00000000">
      <w:pPr>
        <w:spacing w:after="80"/>
        <w:ind w:left="346" w:hanging="346"/>
      </w:pPr>
      <w:r>
        <w:rPr>
          <w:b/>
          <w:color w:val="1F4E79"/>
        </w:rPr>
        <w:t xml:space="preserve">3. </w:t>
      </w:r>
      <w:r>
        <w:t>If we decide to withdraw the manuscript, we will not submit it elsewhere until the Editorial Office has confirmed the withdrawal in writing.</w:t>
      </w:r>
    </w:p>
    <w:p w14:paraId="098B2DE9" w14:textId="77777777" w:rsidR="003F4AEE" w:rsidRDefault="00000000">
      <w:pPr>
        <w:spacing w:after="80"/>
        <w:ind w:left="346" w:hanging="346"/>
      </w:pPr>
      <w:r>
        <w:rPr>
          <w:b/>
          <w:color w:val="1F4E79"/>
        </w:rPr>
        <w:t xml:space="preserve">4. </w:t>
      </w:r>
      <w:r>
        <w:t>We confirm that every listed author meets all four authorship criteria set out in the journal's Authorship and Contributorship Policy. All authors have approved the author list, author order, corresponding author designation, and Author Contributions Statement. No qualifying contributor has knowingly been omitted, and no individual has been included without their knowledge and agreement.</w:t>
      </w:r>
    </w:p>
    <w:p w14:paraId="3B6D0283" w14:textId="77777777" w:rsidR="003F4AEE" w:rsidRDefault="00000000">
      <w:pPr>
        <w:spacing w:after="80"/>
        <w:ind w:left="346" w:hanging="346"/>
      </w:pPr>
      <w:r>
        <w:rPr>
          <w:b/>
          <w:color w:val="1F4E79"/>
        </w:rPr>
        <w:t xml:space="preserve">5. </w:t>
      </w:r>
      <w:r>
        <w:t>We confirm that the research has been conducted and reported responsibly. To the best of our knowledge, the manuscript contains no fabricated or falsified data, misleading manipulation of research images, plagiarism, or undisclosed duplicate publication.</w:t>
      </w:r>
    </w:p>
    <w:p w14:paraId="60061E46" w14:textId="77777777" w:rsidR="003F4AEE" w:rsidRDefault="00000000">
      <w:pPr>
        <w:spacing w:after="80"/>
        <w:ind w:left="346" w:hanging="346"/>
      </w:pPr>
      <w:r>
        <w:rPr>
          <w:b/>
          <w:color w:val="1F4E79"/>
        </w:rPr>
        <w:t xml:space="preserve">6. </w:t>
      </w:r>
      <w:r>
        <w:t>All sources, ideas, data, text, and materials from other works have been appropriately acknowledged and cited. Any permissions required for the use of third-party material have been obtained, and relevant credit lines are included in the manuscript.</w:t>
      </w:r>
    </w:p>
    <w:p w14:paraId="65C45698" w14:textId="77777777" w:rsidR="003F4AEE" w:rsidRDefault="00000000">
      <w:pPr>
        <w:spacing w:after="80"/>
        <w:ind w:left="346" w:hanging="346"/>
      </w:pPr>
      <w:r>
        <w:rPr>
          <w:b/>
          <w:color w:val="1F4E79"/>
        </w:rPr>
        <w:t xml:space="preserve">7. </w:t>
      </w:r>
      <w:r>
        <w:t>All applicable research ethics approvals, informed consent requirements, participant privacy protections, funding information, and competing-interest disclosures have been addressed and accurately reported, as relevant to the study.</w:t>
      </w:r>
    </w:p>
    <w:p w14:paraId="383AE607" w14:textId="77777777" w:rsidR="003F4AEE" w:rsidRDefault="00000000">
      <w:pPr>
        <w:spacing w:after="80"/>
        <w:ind w:left="346" w:hanging="346"/>
      </w:pPr>
      <w:r>
        <w:rPr>
          <w:b/>
          <w:color w:val="1F4E79"/>
        </w:rPr>
        <w:t xml:space="preserve">8. </w:t>
      </w:r>
      <w:r>
        <w:t>Any substantive use of generative AI or AI-assisted technologies has been disclosed in accordance with the journal's Responsible Use of Artificial Intelligence Policy. AI tools have not been listed as authors, and the authors retain full responsibility for the submitted content.</w:t>
      </w:r>
    </w:p>
    <w:p w14:paraId="46976818" w14:textId="77777777" w:rsidR="003F4AEE" w:rsidRDefault="00000000">
      <w:pPr>
        <w:spacing w:after="80"/>
        <w:ind w:left="346" w:hanging="346"/>
      </w:pPr>
      <w:r>
        <w:rPr>
          <w:b/>
          <w:color w:val="1F4E79"/>
        </w:rPr>
        <w:lastRenderedPageBreak/>
        <w:t xml:space="preserve">9. </w:t>
      </w:r>
      <w:r>
        <w:t>We agree to cooperate with the journal and, where appropriate, our institutions in addressing questions about the originality, authorship, methods, data, ethics, or integrity of this work.</w:t>
      </w:r>
    </w:p>
    <w:p w14:paraId="39813A7C" w14:textId="77777777" w:rsidR="003F4AEE" w:rsidRDefault="00000000">
      <w:pPr>
        <w:keepNext/>
        <w:spacing w:before="120" w:after="50"/>
      </w:pPr>
      <w:r>
        <w:rPr>
          <w:b/>
          <w:color w:val="17365D"/>
          <w:sz w:val="19"/>
        </w:rPr>
        <w:t>C. PREPRINT DISCLOSURE (IF APPLICABLE)</w:t>
      </w:r>
    </w:p>
    <w:p w14:paraId="2DAD71C0" w14:textId="77777777" w:rsidR="003F4AEE" w:rsidRDefault="00000000">
      <w:pPr>
        <w:spacing w:after="60"/>
        <w:ind w:left="115"/>
      </w:pPr>
      <w:r>
        <w:t>☐  No preprint version of this manuscript is available.</w:t>
      </w:r>
    </w:p>
    <w:p w14:paraId="71F1B042" w14:textId="77777777" w:rsidR="003F4AEE" w:rsidRDefault="00000000">
      <w:pPr>
        <w:spacing w:after="60"/>
        <w:ind w:left="115"/>
      </w:pPr>
      <w:r>
        <w:t>☐  A preprint version is available; its details are provided below.</w:t>
      </w:r>
    </w:p>
    <w:p w14:paraId="6003C830" w14:textId="77777777" w:rsidR="003F4AEE" w:rsidRDefault="00000000">
      <w:pPr>
        <w:spacing w:after="80"/>
      </w:pPr>
      <w:r>
        <w:rPr>
          <w:b/>
          <w:color w:val="17365D"/>
        </w:rPr>
        <w:t xml:space="preserve">Preprint server / repository:  </w:t>
      </w:r>
      <w:r>
        <w:t>_______________________________________________</w:t>
      </w:r>
    </w:p>
    <w:p w14:paraId="0C23CF27" w14:textId="77777777" w:rsidR="003F4AEE" w:rsidRDefault="00000000">
      <w:pPr>
        <w:spacing w:after="80"/>
      </w:pPr>
      <w:r>
        <w:rPr>
          <w:b/>
          <w:color w:val="17365D"/>
        </w:rPr>
        <w:t xml:space="preserve">Preprint DOI or URL:  </w:t>
      </w:r>
      <w:r>
        <w:t>________________________________________________________</w:t>
      </w:r>
    </w:p>
    <w:p w14:paraId="54CECC5B" w14:textId="77777777" w:rsidR="003F4AEE" w:rsidRDefault="00000000">
      <w:pPr>
        <w:spacing w:before="40" w:after="80"/>
      </w:pPr>
      <w:r>
        <w:rPr>
          <w:i/>
          <w:color w:val="64748B"/>
          <w:sz w:val="15"/>
        </w:rPr>
        <w:t>Authors must disclose any preprint at submission. If the article is published, authors should update the preprint record with the full citation, DOI (if available), and link to the Version of Record. A disclosed preprint is not, by itself, considered simultaneous journal submission.</w:t>
      </w:r>
    </w:p>
    <w:p w14:paraId="1C8299F3" w14:textId="77777777" w:rsidR="003F4AEE" w:rsidRDefault="00000000">
      <w:pPr>
        <w:keepNext/>
        <w:spacing w:before="120" w:after="50"/>
      </w:pPr>
      <w:r>
        <w:rPr>
          <w:b/>
          <w:color w:val="17365D"/>
          <w:sz w:val="19"/>
        </w:rPr>
        <w:t>D. CORRESPONDING AUTHOR CONFIRMATION</w:t>
      </w:r>
    </w:p>
    <w:p w14:paraId="5958BF6A" w14:textId="77777777" w:rsidR="003F4AEE" w:rsidRDefault="00000000">
      <w:pPr>
        <w:spacing w:after="60"/>
      </w:pPr>
      <w:r>
        <w:t>I confirm that I have obtained the agreement of all listed authors to this submission and that the information in this form is complete and accurate.</w:t>
      </w:r>
    </w:p>
    <w:p w14:paraId="3CB431EE" w14:textId="77777777" w:rsidR="003F4AEE" w:rsidRDefault="00000000">
      <w:pPr>
        <w:spacing w:after="80"/>
      </w:pPr>
      <w:r>
        <w:rPr>
          <w:b/>
          <w:color w:val="17365D"/>
        </w:rPr>
        <w:t xml:space="preserve">Corresponding author's full name:  </w:t>
      </w:r>
      <w:r>
        <w:t>____________________________________________</w:t>
      </w:r>
    </w:p>
    <w:p w14:paraId="67EC4AEE" w14:textId="77777777" w:rsidR="003F4AEE" w:rsidRDefault="00000000">
      <w:pPr>
        <w:spacing w:after="80"/>
      </w:pPr>
      <w:r>
        <w:rPr>
          <w:b/>
          <w:color w:val="17365D"/>
        </w:rPr>
        <w:t xml:space="preserve">Email address:  </w:t>
      </w:r>
      <w:r>
        <w:t>________________________________________________________________</w:t>
      </w:r>
    </w:p>
    <w:p w14:paraId="6F0373A2" w14:textId="77777777" w:rsidR="003F4AEE" w:rsidRDefault="00000000">
      <w:pPr>
        <w:spacing w:after="80"/>
      </w:pPr>
      <w:r>
        <w:rPr>
          <w:b/>
          <w:color w:val="17365D"/>
        </w:rPr>
        <w:t xml:space="preserve">Signature / date:  </w:t>
      </w:r>
      <w:r>
        <w:t>____________________________________________________________</w:t>
      </w:r>
    </w:p>
    <w:p w14:paraId="7278129F" w14:textId="77777777" w:rsidR="003F4AEE" w:rsidRDefault="00000000">
      <w:pPr>
        <w:spacing w:before="40" w:after="80"/>
      </w:pPr>
      <w:r>
        <w:rPr>
          <w:i/>
          <w:color w:val="64748B"/>
          <w:sz w:val="15"/>
        </w:rPr>
        <w:t>This form must be signed by all authors. The corresponding author's confirmation does not replace the individual approval and signature of each author.</w:t>
      </w:r>
    </w:p>
    <w:sectPr w:rsidR="003F4AEE" w:rsidSect="00034616">
      <w:headerReference w:type="default" r:id="rId8"/>
      <w:footerReference w:type="default" r:id="rId9"/>
      <w:pgSz w:w="12240" w:h="15840"/>
      <w:pgMar w:top="893" w:right="979" w:bottom="893" w:left="979"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94A88" w14:textId="77777777" w:rsidR="00F26939" w:rsidRDefault="00F26939">
      <w:pPr>
        <w:spacing w:after="0" w:line="240" w:lineRule="auto"/>
      </w:pPr>
      <w:r>
        <w:separator/>
      </w:r>
    </w:p>
  </w:endnote>
  <w:endnote w:type="continuationSeparator" w:id="0">
    <w:p w14:paraId="7865F4FF" w14:textId="77777777" w:rsidR="00F26939" w:rsidRDefault="00F26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EC5B" w14:textId="77777777" w:rsidR="003F4AEE" w:rsidRDefault="00000000">
    <w:pPr>
      <w:pStyle w:val="Footer"/>
      <w:jc w:val="center"/>
    </w:pPr>
    <w:r>
      <w:rPr>
        <w:color w:val="64748B"/>
        <w:sz w:val="14"/>
      </w:rPr>
      <w:t>PERSATUAN AHLI GIZI INDONESIA (</w:t>
    </w:r>
    <w:proofErr w:type="gramStart"/>
    <w:r>
      <w:rPr>
        <w:color w:val="64748B"/>
        <w:sz w:val="14"/>
      </w:rPr>
      <w:t>PERSAGI)  •</w:t>
    </w:r>
    <w:proofErr w:type="gramEnd"/>
    <w:r>
      <w:rPr>
        <w:color w:val="64748B"/>
        <w:sz w:val="14"/>
      </w:rPr>
      <w:t xml:space="preserve">  FORM </w:t>
    </w:r>
    <w:proofErr w:type="gramStart"/>
    <w:r>
      <w:rPr>
        <w:color w:val="64748B"/>
        <w:sz w:val="14"/>
      </w:rPr>
      <w:t>1  •</w:t>
    </w:r>
    <w:proofErr w:type="gramEnd"/>
    <w:r>
      <w:rPr>
        <w:color w:val="64748B"/>
        <w:sz w:val="14"/>
      </w:rPr>
      <w:t xml:space="preserve">  Page </w:t>
    </w:r>
    <w:r>
      <w:fldChar w:fldCharType="begin"/>
    </w:r>
    <w:r>
      <w:instrText>PAGE</w:instrText>
    </w:r>
    <w:r>
      <w:fldChar w:fldCharType="separate"/>
    </w:r>
    <w:r w:rsidR="00BC10A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41FD3" w14:textId="77777777" w:rsidR="00F26939" w:rsidRDefault="00F26939">
      <w:pPr>
        <w:spacing w:after="0" w:line="240" w:lineRule="auto"/>
      </w:pPr>
      <w:r>
        <w:separator/>
      </w:r>
    </w:p>
  </w:footnote>
  <w:footnote w:type="continuationSeparator" w:id="0">
    <w:p w14:paraId="73C3F268" w14:textId="77777777" w:rsidR="00F26939" w:rsidRDefault="00F26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73C1" w14:textId="77777777" w:rsidR="003F4AEE" w:rsidRDefault="00000000">
    <w:pPr>
      <w:pStyle w:val="Header"/>
      <w:jc w:val="center"/>
      <w:rPr>
        <w:color w:val="64748B"/>
        <w:sz w:val="15"/>
      </w:rPr>
    </w:pPr>
    <w:r>
      <w:rPr>
        <w:b/>
        <w:color w:val="17365D"/>
        <w:sz w:val="16"/>
      </w:rPr>
      <w:t xml:space="preserve">PENELITIAN GIZI DAN </w:t>
    </w:r>
    <w:proofErr w:type="gramStart"/>
    <w:r>
      <w:rPr>
        <w:b/>
        <w:color w:val="17365D"/>
        <w:sz w:val="16"/>
      </w:rPr>
      <w:t>MAKANAN</w:t>
    </w:r>
    <w:r>
      <w:rPr>
        <w:color w:val="64748B"/>
        <w:sz w:val="15"/>
      </w:rPr>
      <w:t xml:space="preserve">  |</w:t>
    </w:r>
    <w:proofErr w:type="gramEnd"/>
    <w:r>
      <w:rPr>
        <w:color w:val="64748B"/>
        <w:sz w:val="15"/>
      </w:rPr>
      <w:t xml:space="preserve">  THE JOURNAL OF NUTRITION AND FOOD RESEARCH</w:t>
    </w:r>
  </w:p>
  <w:p w14:paraId="6E30D5B8" w14:textId="77777777" w:rsidR="00BC10A1" w:rsidRDefault="00BC10A1" w:rsidP="00BC10A1">
    <w:pPr>
      <w:ind w:left="3" w:right="2"/>
      <w:jc w:val="center"/>
      <w:rPr>
        <w:b/>
        <w:sz w:val="16"/>
      </w:rPr>
    </w:pPr>
    <w:hyperlink r:id="rId1">
      <w:r>
        <w:rPr>
          <w:b/>
          <w:color w:val="0000FF"/>
          <w:sz w:val="16"/>
          <w:u w:val="single" w:color="0000FF"/>
        </w:rPr>
        <w:t>https://pgm.persagi.org</w:t>
      </w:r>
    </w:hyperlink>
    <w:r>
      <w:rPr>
        <w:b/>
        <w:color w:val="0000FF"/>
        <w:spacing w:val="-6"/>
        <w:sz w:val="16"/>
      </w:rPr>
      <w:t xml:space="preserve"> </w:t>
    </w:r>
    <w:r>
      <w:rPr>
        <w:b/>
        <w:color w:val="17365D"/>
        <w:sz w:val="16"/>
      </w:rPr>
      <w:t>|</w:t>
    </w:r>
    <w:r>
      <w:rPr>
        <w:b/>
        <w:color w:val="17365D"/>
        <w:spacing w:val="-6"/>
        <w:sz w:val="16"/>
      </w:rPr>
      <w:t xml:space="preserve"> </w:t>
    </w:r>
    <w:r>
      <w:rPr>
        <w:b/>
        <w:color w:val="17365D"/>
        <w:sz w:val="16"/>
      </w:rPr>
      <w:t>E-</w:t>
    </w:r>
    <w:r>
      <w:rPr>
        <w:b/>
        <w:color w:val="17365D"/>
        <w:spacing w:val="-6"/>
        <w:sz w:val="16"/>
      </w:rPr>
      <w:t xml:space="preserve"> </w:t>
    </w:r>
    <w:r>
      <w:rPr>
        <w:b/>
        <w:color w:val="17365D"/>
        <w:sz w:val="16"/>
      </w:rPr>
      <w:t>ISSN</w:t>
    </w:r>
    <w:r>
      <w:rPr>
        <w:b/>
        <w:color w:val="17365D"/>
        <w:spacing w:val="-5"/>
        <w:sz w:val="16"/>
      </w:rPr>
      <w:t xml:space="preserve"> </w:t>
    </w:r>
    <w:r>
      <w:rPr>
        <w:b/>
        <w:color w:val="17365D"/>
        <w:sz w:val="16"/>
      </w:rPr>
      <w:t>2338-8358</w:t>
    </w:r>
    <w:r>
      <w:rPr>
        <w:b/>
        <w:color w:val="17365D"/>
        <w:spacing w:val="-6"/>
        <w:sz w:val="16"/>
      </w:rPr>
      <w:t xml:space="preserve"> </w:t>
    </w:r>
    <w:r>
      <w:rPr>
        <w:b/>
        <w:color w:val="17365D"/>
        <w:sz w:val="16"/>
      </w:rPr>
      <w:t>|</w:t>
    </w:r>
    <w:r>
      <w:rPr>
        <w:b/>
        <w:color w:val="17365D"/>
        <w:spacing w:val="-6"/>
        <w:sz w:val="16"/>
      </w:rPr>
      <w:t xml:space="preserve"> </w:t>
    </w:r>
    <w:r>
      <w:rPr>
        <w:b/>
        <w:color w:val="17365D"/>
        <w:sz w:val="16"/>
      </w:rPr>
      <w:t>P</w:t>
    </w:r>
    <w:r>
      <w:rPr>
        <w:b/>
        <w:color w:val="17365D"/>
        <w:spacing w:val="-4"/>
        <w:sz w:val="16"/>
      </w:rPr>
      <w:t xml:space="preserve"> </w:t>
    </w:r>
    <w:r>
      <w:rPr>
        <w:b/>
        <w:color w:val="17365D"/>
        <w:sz w:val="16"/>
      </w:rPr>
      <w:t>–</w:t>
    </w:r>
    <w:r>
      <w:rPr>
        <w:b/>
        <w:color w:val="17365D"/>
        <w:spacing w:val="-6"/>
        <w:sz w:val="16"/>
      </w:rPr>
      <w:t xml:space="preserve"> </w:t>
    </w:r>
    <w:r>
      <w:rPr>
        <w:b/>
        <w:color w:val="17365D"/>
        <w:sz w:val="16"/>
      </w:rPr>
      <w:t>ISSN</w:t>
    </w:r>
    <w:r>
      <w:rPr>
        <w:b/>
        <w:color w:val="17365D"/>
        <w:spacing w:val="-5"/>
        <w:sz w:val="16"/>
      </w:rPr>
      <w:t xml:space="preserve"> </w:t>
    </w:r>
    <w:r>
      <w:rPr>
        <w:b/>
        <w:color w:val="17365D"/>
        <w:sz w:val="16"/>
      </w:rPr>
      <w:t>0125-</w:t>
    </w:r>
    <w:r>
      <w:rPr>
        <w:b/>
        <w:color w:val="17365D"/>
        <w:spacing w:val="-4"/>
        <w:sz w:val="16"/>
      </w:rPr>
      <w:t>9717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3078604">
    <w:abstractNumId w:val="8"/>
  </w:num>
  <w:num w:numId="2" w16cid:durableId="1505238648">
    <w:abstractNumId w:val="6"/>
  </w:num>
  <w:num w:numId="3" w16cid:durableId="383453512">
    <w:abstractNumId w:val="5"/>
  </w:num>
  <w:num w:numId="4" w16cid:durableId="805468158">
    <w:abstractNumId w:val="4"/>
  </w:num>
  <w:num w:numId="5" w16cid:durableId="1755277316">
    <w:abstractNumId w:val="7"/>
  </w:num>
  <w:num w:numId="6" w16cid:durableId="1778403372">
    <w:abstractNumId w:val="3"/>
  </w:num>
  <w:num w:numId="7" w16cid:durableId="2010789216">
    <w:abstractNumId w:val="2"/>
  </w:num>
  <w:num w:numId="8" w16cid:durableId="1565870788">
    <w:abstractNumId w:val="1"/>
  </w:num>
  <w:num w:numId="9" w16cid:durableId="363294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4AEE"/>
    <w:rsid w:val="00560D6D"/>
    <w:rsid w:val="00AA1D8D"/>
    <w:rsid w:val="00B47730"/>
    <w:rsid w:val="00BC10A1"/>
    <w:rsid w:val="00CB0664"/>
    <w:rsid w:val="00F269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B890CC"/>
  <w14:defaultImageDpi w14:val="300"/>
  <w15:docId w15:val="{0ED690FD-2A64-4C00-8573-954157C0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2" w:lineRule="auto"/>
    </w:pPr>
    <w:rPr>
      <w:rFonts w:ascii="Arial" w:hAnsi="Arial"/>
      <w:color w:val="1F2937"/>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7365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b/>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pgm.persag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ORIGINALITY</dc:title>
  <dc:subject>FORM 1</dc:subject>
  <dc:creator>Penelitian Gizi dan Makanan – PERSAGI</dc:creator>
  <cp:keywords>PGM, PERSAGI, author form, scholarly publishing</cp:keywords>
  <dc:description>generated by python-docx</dc:description>
  <cp:lastModifiedBy>Andri Agus Rahman</cp:lastModifiedBy>
  <cp:revision>2</cp:revision>
  <dcterms:created xsi:type="dcterms:W3CDTF">2013-12-23T23:15:00Z</dcterms:created>
  <dcterms:modified xsi:type="dcterms:W3CDTF">2026-11-04T16:31:00Z</dcterms:modified>
  <cp:category/>
</cp:coreProperties>
</file>